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jc w:val="center"/>
        <w:rPr/>
      </w:pPr>
      <w:r w:rsidDel="00000000" w:rsidR="00000000" w:rsidRPr="00000000">
        <w:rPr>
          <w:rtl w:val="0"/>
        </w:rPr>
        <w:t xml:space="preserve">A.8.5 – Graphing in Factored Form: Intercept Heist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3"/>
        <w:rPr/>
      </w:pPr>
      <w:r w:rsidDel="00000000" w:rsidR="00000000" w:rsidRPr="00000000">
        <w:rPr>
          <w:rtl w:val="0"/>
        </w:rPr>
        <w:t xml:space="preserve">DO NOW STATION CIRCUIT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Rotate through each station. Answer the questions clearly.</w:t>
      </w:r>
    </w:p>
    <w:p w:rsidR="00000000" w:rsidDel="00000000" w:rsidP="00000000" w:rsidRDefault="00000000" w:rsidRPr="00000000" w14:paraId="00000005">
      <w:pPr>
        <w:pStyle w:val="Heading4"/>
        <w:rPr/>
      </w:pPr>
      <w:r w:rsidDel="00000000" w:rsidR="00000000" w:rsidRPr="00000000">
        <w:rPr>
          <w:rtl w:val="0"/>
        </w:rPr>
        <w:t xml:space="preserve">Station 1 – Vertex Form Recall</w:t>
      </w:r>
    </w:p>
    <w:sdt>
      <w:sdtPr>
        <w:lock w:val="contentLocked"/>
        <w:id w:val="2126558508"/>
        <w:tag w:val="goog_rdk_0"/>
      </w:sdtPr>
      <w:sdtContent>
        <w:tbl>
          <w:tblPr>
            <w:tblStyle w:val="Table1"/>
            <w:tblW w:w="864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320"/>
            <w:gridCol w:w="4320"/>
            <w:tblGridChange w:id="0">
              <w:tblGrid>
                <w:gridCol w:w="4320"/>
                <w:gridCol w:w="4320"/>
              </w:tblGrid>
            </w:tblGridChange>
          </w:tblGrid>
          <w:tr>
            <w:trPr>
              <w:cantSplit w:val="0"/>
              <w:trHeight w:val="420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Equation: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Vertex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Opens open or down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0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0D">
      <w:pPr>
        <w:pStyle w:val="Heading4"/>
        <w:rPr>
          <w:rFonts w:ascii="Calibri" w:cs="Calibri" w:eastAsia="Calibri" w:hAnsi="Calibri"/>
          <w:b w:val="1"/>
          <w:bCs w:val="1"/>
          <w:i w:val="1"/>
          <w:iCs w:val="1"/>
          <w:color w:val="4f81bd"/>
        </w:rPr>
      </w:pPr>
      <w:r w:rsidDel="00000000" w:rsidR="00000000" w:rsidRPr="00000000">
        <w:rPr>
          <w:rtl w:val="0"/>
        </w:rPr>
        <w:t xml:space="preserve">Station 2 – Standard Form Recall</w:t>
      </w:r>
      <w:r w:rsidDel="00000000" w:rsidR="00000000" w:rsidRPr="00000000">
        <w:rPr>
          <w:rtl w:val="0"/>
        </w:rPr>
      </w:r>
    </w:p>
    <w:sdt>
      <w:sdtPr>
        <w:lock w:val="contentLocked"/>
        <w:id w:val="1186281285"/>
        <w:tag w:val="goog_rdk_1"/>
      </w:sdtPr>
      <w:sdtContent>
        <w:tbl>
          <w:tblPr>
            <w:tblStyle w:val="Table2"/>
            <w:tblW w:w="864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320"/>
            <w:gridCol w:w="4320"/>
            <w:tblGridChange w:id="0">
              <w:tblGrid>
                <w:gridCol w:w="4320"/>
                <w:gridCol w:w="4320"/>
              </w:tblGrid>
            </w:tblGridChange>
          </w:tblGrid>
          <w:tr>
            <w:trPr>
              <w:cantSplit w:val="0"/>
              <w:trHeight w:val="420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widowControl w:val="0"/>
                  <w:spacing w:after="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Equation: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widowControl w:val="0"/>
                  <w:spacing w:after="0" w:line="24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x-coordinate of vertex </w:t>
                </w:r>
                <m:oMath>
                  <m:f>
                    <m:fPr>
                      <m:ctrlPr>
                        <w:rPr>
                          <w:b w:val="1"/>
                          <w:bCs w:val="1"/>
                        </w:rPr>
                      </m:ctrlPr>
                    </m:fPr>
                    <m:num>
                      <m:r>
                        <w:rPr>
                          <w:b w:val="1"/>
                          <w:bCs w:val="1"/>
                        </w:rPr>
                        <m:t xml:space="preserve">-b</m:t>
                      </m:r>
                    </m:num>
                    <m:den>
                      <m:r>
                        <w:rPr>
                          <w:b w:val="1"/>
                          <w:bCs w:val="1"/>
                        </w:rPr>
                        <m:t xml:space="preserve">2a</m:t>
                      </m:r>
                    </m:den>
                  </m:f>
                </m:oMath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widowControl w:val="0"/>
                  <w:spacing w:after="0" w:line="24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y-value of vertex (plug the x value into the equation)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13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5">
      <w:pPr>
        <w:pStyle w:val="Heading4"/>
        <w:rPr>
          <w:rFonts w:ascii="Calibri" w:cs="Calibri" w:eastAsia="Calibri" w:hAnsi="Calibri"/>
          <w:b w:val="1"/>
          <w:bCs w:val="1"/>
          <w:i w:val="1"/>
          <w:iCs w:val="1"/>
          <w:color w:val="4f81bd"/>
        </w:rPr>
      </w:pPr>
      <w:r w:rsidDel="00000000" w:rsidR="00000000" w:rsidRPr="00000000">
        <w:rPr>
          <w:rtl w:val="0"/>
        </w:rPr>
        <w:t xml:space="preserve">Station 3 – Pattern Spotting</w:t>
      </w:r>
      <w:r w:rsidDel="00000000" w:rsidR="00000000" w:rsidRPr="00000000">
        <w:rPr>
          <w:rtl w:val="0"/>
        </w:rPr>
      </w:r>
    </w:p>
    <w:sdt>
      <w:sdtPr>
        <w:lock w:val="contentLocked"/>
        <w:id w:val="-1832687451"/>
        <w:tag w:val="goog_rdk_2"/>
      </w:sdtPr>
      <w:sdtContent>
        <w:tbl>
          <w:tblPr>
            <w:tblStyle w:val="Table3"/>
            <w:tblW w:w="864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320"/>
            <w:gridCol w:w="4320"/>
            <w:tblGridChange w:id="0">
              <w:tblGrid>
                <w:gridCol w:w="4320"/>
                <w:gridCol w:w="4320"/>
              </w:tblGrid>
            </w:tblGridChange>
          </w:tblGrid>
          <w:tr>
            <w:trPr>
              <w:cantSplit w:val="0"/>
              <w:trHeight w:val="420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widowControl w:val="0"/>
                  <w:spacing w:after="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Equation: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after="0" w:line="24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x − 3 = 0 → x = ______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widowControl w:val="0"/>
                  <w:spacing w:after="0" w:line="24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x + 1 = 0 → x = ______</w:t>
                </w:r>
              </w:p>
            </w:tc>
          </w:tr>
          <w:tr>
            <w:trPr>
              <w:cantSplit w:val="0"/>
              <w:trHeight w:val="420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rPr/>
                </w:pPr>
                <w:r w:rsidDel="00000000" w:rsidR="00000000" w:rsidRPr="00000000">
                  <w:rPr>
                    <w:rtl w:val="0"/>
                  </w:rPr>
                  <w:t xml:space="preserve">These x-values represent: </w:t>
                </w:r>
              </w:p>
            </w:tc>
          </w:tr>
        </w:tbl>
      </w:sdtContent>
    </w:sdt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4"/>
        <w:rPr>
          <w:rFonts w:ascii="Calibri" w:cs="Calibri" w:eastAsia="Calibri" w:hAnsi="Calibri"/>
          <w:b w:val="1"/>
          <w:bCs w:val="1"/>
          <w:i w:val="1"/>
          <w:iCs w:val="1"/>
          <w:color w:val="4f81bd"/>
        </w:rPr>
      </w:pPr>
      <w:r w:rsidDel="00000000" w:rsidR="00000000" w:rsidRPr="00000000">
        <w:rPr>
          <w:rtl w:val="0"/>
        </w:rPr>
        <w:t xml:space="preserve">Station 4 – Intercepts Investigation</w:t>
      </w:r>
      <w:r w:rsidDel="00000000" w:rsidR="00000000" w:rsidRPr="00000000">
        <w:rPr>
          <w:rtl w:val="0"/>
        </w:rPr>
      </w:r>
    </w:p>
    <w:sdt>
      <w:sdtPr>
        <w:lock w:val="contentLocked"/>
        <w:id w:val="-1591445093"/>
        <w:tag w:val="goog_rdk_3"/>
      </w:sdtPr>
      <w:sdtContent>
        <w:tbl>
          <w:tblPr>
            <w:tblStyle w:val="Table4"/>
            <w:tblW w:w="864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320"/>
            <w:gridCol w:w="4320"/>
            <w:tblGridChange w:id="0">
              <w:tblGrid>
                <w:gridCol w:w="4320"/>
                <w:gridCol w:w="4320"/>
              </w:tblGrid>
            </w:tblGridChange>
          </w:tblGrid>
          <w:tr>
            <w:trPr>
              <w:cantSplit w:val="0"/>
              <w:trHeight w:val="420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E">
                <w:pPr>
                  <w:widowControl w:val="0"/>
                  <w:spacing w:after="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Equation: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widowControl w:val="0"/>
                  <w:spacing w:after="0" w:line="24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Zeros:</w:t>
                </w:r>
              </w:p>
              <w:p w:rsidR="00000000" w:rsidDel="00000000" w:rsidP="00000000" w:rsidRDefault="00000000" w:rsidRPr="00000000" w14:paraId="00000021">
                <w:pPr>
                  <w:widowControl w:val="0"/>
                  <w:spacing w:after="0" w:line="24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2">
                <w:pPr>
                  <w:widowControl w:val="0"/>
                  <w:spacing w:after="0" w:line="24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widowControl w:val="0"/>
                  <w:spacing w:after="0" w:line="24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Intercepts (x, y):</w:t>
                </w:r>
              </w:p>
            </w:tc>
          </w:tr>
          <w:tr>
            <w:trPr>
              <w:cantSplit w:val="0"/>
              <w:trHeight w:val="420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rPr/>
                </w:pPr>
                <w:r w:rsidDel="00000000" w:rsidR="00000000" w:rsidRPr="00000000">
                  <w:rPr>
                    <w:rtl w:val="0"/>
                  </w:rPr>
                  <w:t xml:space="preserve">Where might the vertex be?</w:t>
                </w:r>
              </w:p>
            </w:tc>
          </w:tr>
        </w:tbl>
      </w:sdtContent>
    </w:sdt>
    <w:p w:rsidR="00000000" w:rsidDel="00000000" w:rsidP="00000000" w:rsidRDefault="00000000" w:rsidRPr="00000000" w14:paraId="00000026">
      <w:pPr>
        <w:pStyle w:val="Heading3"/>
        <w:rPr/>
      </w:pPr>
      <w:r w:rsidDel="00000000" w:rsidR="00000000" w:rsidRPr="00000000">
        <w:rPr>
          <w:rtl w:val="0"/>
        </w:rPr>
        <w:t xml:space="preserve">MAIN ACTIVITY – Intercept Heist</w:t>
      </w:r>
    </w:p>
    <w:p w:rsidR="00000000" w:rsidDel="00000000" w:rsidP="00000000" w:rsidRDefault="00000000" w:rsidRPr="00000000" w14:paraId="00000027">
      <w:pPr>
        <w:spacing w:after="0" w:lineRule="auto"/>
        <w:rPr/>
      </w:pPr>
      <w:r w:rsidDel="00000000" w:rsidR="00000000" w:rsidRPr="00000000">
        <w:rPr>
          <w:rtl w:val="0"/>
        </w:rPr>
      </w:r>
    </w:p>
    <w:sdt>
      <w:sdtPr>
        <w:lock w:val="contentLocked"/>
        <w:id w:val="-978342177"/>
        <w:tag w:val="goog_rdk_4"/>
      </w:sdtPr>
      <w:sdtContent>
        <w:tbl>
          <w:tblPr>
            <w:tblStyle w:val="Table5"/>
            <w:tblW w:w="864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320"/>
            <w:gridCol w:w="4320"/>
            <w:tblGridChange w:id="0">
              <w:tblGrid>
                <w:gridCol w:w="4320"/>
                <w:gridCol w:w="4320"/>
              </w:tblGrid>
            </w:tblGridChange>
          </w:tblGrid>
          <w:tr>
            <w:trPr>
              <w:cantSplit w:val="0"/>
              <w:trHeight w:val="420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Zeros:</w:t>
                </w:r>
              </w:p>
              <w:p w:rsidR="00000000" w:rsidDel="00000000" w:rsidP="00000000" w:rsidRDefault="00000000" w:rsidRPr="00000000" w14:paraId="0000002B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C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D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E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F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Intercepts (x, y):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Opens Up or Down: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Axis of Symmetry:</w:t>
                </w:r>
              </w:p>
              <w:p w:rsidR="00000000" w:rsidDel="00000000" w:rsidP="00000000" w:rsidRDefault="00000000" w:rsidRPr="00000000" w14:paraId="0000003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20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Sketch below: </w:t>
                </w:r>
              </w:p>
              <w:p w:rsidR="00000000" w:rsidDel="00000000" w:rsidP="00000000" w:rsidRDefault="00000000" w:rsidRPr="00000000" w14:paraId="00000036">
                <w:pPr>
                  <w:spacing w:after="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</w:rPr>
                  <w:drawing>
                    <wp:inline distB="114300" distT="114300" distL="114300" distR="114300">
                      <wp:extent cx="4395788" cy="4403609"/>
                      <wp:effectExtent b="0" l="0" r="0" t="0"/>
                      <wp:docPr id="7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7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395788" cy="4403609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7">
                <w:pPr>
                  <w:spacing w:after="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8">
                <w:pPr>
                  <w:spacing w:after="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A">
      <w:pPr>
        <w:spacing w:after="0" w:lineRule="auto"/>
        <w:rPr/>
      </w:pPr>
      <w:r w:rsidDel="00000000" w:rsidR="00000000" w:rsidRPr="00000000">
        <w:rPr>
          <w:rtl w:val="0"/>
        </w:rPr>
      </w:r>
    </w:p>
    <w:sdt>
      <w:sdtPr>
        <w:lock w:val="contentLocked"/>
        <w:id w:val="1917285795"/>
        <w:tag w:val="goog_rdk_5"/>
      </w:sdtPr>
      <w:sdtContent>
        <w:tbl>
          <w:tblPr>
            <w:tblStyle w:val="Table6"/>
            <w:tblW w:w="864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320"/>
            <w:gridCol w:w="4320"/>
            <w:tblGridChange w:id="0">
              <w:tblGrid>
                <w:gridCol w:w="4320"/>
                <w:gridCol w:w="4320"/>
              </w:tblGrid>
            </w:tblGridChange>
          </w:tblGrid>
          <w:tr>
            <w:trPr>
              <w:cantSplit w:val="0"/>
              <w:trHeight w:val="420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B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Zeros:</w:t>
                </w:r>
              </w:p>
              <w:p w:rsidR="00000000" w:rsidDel="00000000" w:rsidP="00000000" w:rsidRDefault="00000000" w:rsidRPr="00000000" w14:paraId="0000003E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F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0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1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2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3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Intercepts (x, y):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widowControl w:val="0"/>
                  <w:spacing w:after="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Opens Up or Down: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widowControl w:val="0"/>
                  <w:spacing w:after="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Axis of Symmetry:</w:t>
                </w:r>
              </w:p>
              <w:p w:rsidR="00000000" w:rsidDel="00000000" w:rsidP="00000000" w:rsidRDefault="00000000" w:rsidRPr="00000000" w14:paraId="00000046">
                <w:pPr>
                  <w:widowControl w:val="0"/>
                  <w:spacing w:after="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7">
                <w:pPr>
                  <w:widowControl w:val="0"/>
                  <w:spacing w:after="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20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Sketch below: </w:t>
                </w:r>
              </w:p>
              <w:p w:rsidR="00000000" w:rsidDel="00000000" w:rsidP="00000000" w:rsidRDefault="00000000" w:rsidRPr="00000000" w14:paraId="00000049">
                <w:pPr>
                  <w:spacing w:after="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</w:rPr>
                  <w:drawing>
                    <wp:inline distB="114300" distT="114300" distL="114300" distR="114300">
                      <wp:extent cx="4395788" cy="4403609"/>
                      <wp:effectExtent b="0" l="0" r="0" t="0"/>
                      <wp:docPr id="3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7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395788" cy="4403609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A">
                <w:pPr>
                  <w:spacing w:after="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B">
                <w:pPr>
                  <w:spacing w:after="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C">
                <w:pPr>
                  <w:spacing w:after="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D">
                <w:pPr>
                  <w:spacing w:after="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4F">
      <w:pPr>
        <w:spacing w:after="0" w:lineRule="auto"/>
        <w:rPr/>
      </w:pPr>
      <w:r w:rsidDel="00000000" w:rsidR="00000000" w:rsidRPr="00000000">
        <w:rPr>
          <w:rtl w:val="0"/>
        </w:rPr>
      </w:r>
    </w:p>
    <w:sdt>
      <w:sdtPr>
        <w:lock w:val="contentLocked"/>
        <w:id w:val="-1414743724"/>
        <w:tag w:val="goog_rdk_6"/>
      </w:sdtPr>
      <w:sdtContent>
        <w:tbl>
          <w:tblPr>
            <w:tblStyle w:val="Table7"/>
            <w:tblW w:w="864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320"/>
            <w:gridCol w:w="4320"/>
            <w:tblGridChange w:id="0">
              <w:tblGrid>
                <w:gridCol w:w="4320"/>
                <w:gridCol w:w="4320"/>
              </w:tblGrid>
            </w:tblGridChange>
          </w:tblGrid>
          <w:tr>
            <w:trPr>
              <w:cantSplit w:val="0"/>
              <w:trHeight w:val="420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2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Zeros:</w:t>
                </w:r>
              </w:p>
              <w:p w:rsidR="00000000" w:rsidDel="00000000" w:rsidP="00000000" w:rsidRDefault="00000000" w:rsidRPr="00000000" w14:paraId="00000053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4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5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6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7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Intercepts (x, y):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widowControl w:val="0"/>
                  <w:spacing w:after="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Opens Up or Down: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A">
                <w:pPr>
                  <w:widowControl w:val="0"/>
                  <w:spacing w:after="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Axis of Symmetry:</w:t>
                </w:r>
              </w:p>
              <w:p w:rsidR="00000000" w:rsidDel="00000000" w:rsidP="00000000" w:rsidRDefault="00000000" w:rsidRPr="00000000" w14:paraId="0000005B">
                <w:pPr>
                  <w:widowControl w:val="0"/>
                  <w:spacing w:after="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C">
                <w:pPr>
                  <w:widowControl w:val="0"/>
                  <w:spacing w:after="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20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D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Sketch below: </w:t>
                </w:r>
              </w:p>
              <w:p w:rsidR="00000000" w:rsidDel="00000000" w:rsidP="00000000" w:rsidRDefault="00000000" w:rsidRPr="00000000" w14:paraId="0000005E">
                <w:pPr>
                  <w:spacing w:after="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</w:rPr>
                  <w:drawing>
                    <wp:inline distB="114300" distT="114300" distL="114300" distR="114300">
                      <wp:extent cx="4395788" cy="4403609"/>
                      <wp:effectExtent b="0" l="0" r="0" t="0"/>
                      <wp:docPr id="2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7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395788" cy="4403609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5F">
                <w:pPr>
                  <w:spacing w:after="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0">
                <w:pPr>
                  <w:spacing w:after="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1">
                <w:pPr>
                  <w:spacing w:after="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2">
                <w:pPr>
                  <w:spacing w:after="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64">
      <w:pPr>
        <w:spacing w:after="0" w:lineRule="auto"/>
        <w:rPr/>
      </w:pPr>
      <w:r w:rsidDel="00000000" w:rsidR="00000000" w:rsidRPr="00000000">
        <w:rPr>
          <w:rtl w:val="0"/>
        </w:rPr>
      </w:r>
    </w:p>
    <w:sdt>
      <w:sdtPr>
        <w:lock w:val="contentLocked"/>
        <w:id w:val="-2072358164"/>
        <w:tag w:val="goog_rdk_7"/>
      </w:sdtPr>
      <w:sdtContent>
        <w:tbl>
          <w:tblPr>
            <w:tblStyle w:val="Table8"/>
            <w:tblW w:w="864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320"/>
            <w:gridCol w:w="4320"/>
            <w:tblGridChange w:id="0">
              <w:tblGrid>
                <w:gridCol w:w="4320"/>
                <w:gridCol w:w="4320"/>
              </w:tblGrid>
            </w:tblGridChange>
          </w:tblGrid>
          <w:tr>
            <w:trPr>
              <w:cantSplit w:val="0"/>
              <w:trHeight w:val="420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7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Zeros:</w:t>
                </w:r>
              </w:p>
              <w:p w:rsidR="00000000" w:rsidDel="00000000" w:rsidP="00000000" w:rsidRDefault="00000000" w:rsidRPr="00000000" w14:paraId="00000068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9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A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B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6C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Intercepts (x, y):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E">
                <w:pPr>
                  <w:widowControl w:val="0"/>
                  <w:spacing w:after="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Opens Up or Down: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F">
                <w:pPr>
                  <w:widowControl w:val="0"/>
                  <w:spacing w:after="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Axis of Symmetry:</w:t>
                </w:r>
              </w:p>
              <w:p w:rsidR="00000000" w:rsidDel="00000000" w:rsidP="00000000" w:rsidRDefault="00000000" w:rsidRPr="00000000" w14:paraId="00000070">
                <w:pPr>
                  <w:widowControl w:val="0"/>
                  <w:spacing w:after="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1">
                <w:pPr>
                  <w:widowControl w:val="0"/>
                  <w:spacing w:after="0" w:line="24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420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2">
                <w:pPr>
                  <w:spacing w:after="0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Sketch below: </w:t>
                </w:r>
              </w:p>
              <w:p w:rsidR="00000000" w:rsidDel="00000000" w:rsidP="00000000" w:rsidRDefault="00000000" w:rsidRPr="00000000" w14:paraId="00000073">
                <w:pPr>
                  <w:spacing w:after="0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</w:rPr>
                  <w:drawing>
                    <wp:inline distB="114300" distT="114300" distL="114300" distR="114300">
                      <wp:extent cx="4395788" cy="4403609"/>
                      <wp:effectExtent b="0" l="0" r="0" t="0"/>
                      <wp:docPr id="5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7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395788" cy="4403609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  <w:br w:type="textWrapping"/>
        <w:br w:type="textWrapping"/>
        <w:br w:type="textWrapping"/>
      </w:r>
    </w:p>
    <w:p w:rsidR="00000000" w:rsidDel="00000000" w:rsidP="00000000" w:rsidRDefault="00000000" w:rsidRPr="00000000" w14:paraId="00000076">
      <w:pPr>
        <w:pStyle w:val="Heading3"/>
        <w:rPr/>
      </w:pPr>
      <w:r w:rsidDel="00000000" w:rsidR="00000000" w:rsidRPr="00000000">
        <w:rPr>
          <w:rtl w:val="0"/>
        </w:rPr>
        <w:t xml:space="preserve">CHALLENGE – Form Switch</w:t>
      </w:r>
    </w:p>
    <w:sdt>
      <w:sdtPr>
        <w:lock w:val="contentLocked"/>
        <w:id w:val="1150825205"/>
        <w:tag w:val="goog_rdk_8"/>
      </w:sdtPr>
      <w:sdtContent>
        <w:tbl>
          <w:tblPr>
            <w:tblStyle w:val="Table9"/>
            <w:tblW w:w="864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320"/>
            <w:gridCol w:w="4320"/>
            <w:tblGridChange w:id="0">
              <w:tblGrid>
                <w:gridCol w:w="4320"/>
                <w:gridCol w:w="4320"/>
              </w:tblGrid>
            </w:tblGridChange>
          </w:tblGrid>
          <w:tr>
            <w:trPr>
              <w:cantSplit w:val="0"/>
              <w:trHeight w:val="420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/>
                </w:pPr>
                <m:oMath>
                  <m:r>
                    <w:rPr/>
                    <m:t xml:space="preserve">y=</m:t>
                  </m:r>
                  <m:sSup>
                    <m:sSupPr>
                      <m:ctrlPr>
                        <w:rPr/>
                      </m:ctrlPr>
                    </m:sSupPr>
                    <m:e>
                      <m:r>
                        <w:rPr/>
                        <m:t xml:space="preserve">x</m:t>
                      </m:r>
                    </m:e>
                    <m:sup>
                      <m:r>
                        <w:rPr/>
                        <m:t xml:space="preserve">2</m:t>
                      </m:r>
                    </m:sup>
                  </m:sSup>
                  <m:r>
                    <w:rPr/>
                    <m:t xml:space="preserve">-4x-12</m:t>
                  </m:r>
                </m:oMath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Factor:</w:t>
                </w:r>
              </w:p>
              <w:p w:rsidR="00000000" w:rsidDel="00000000" w:rsidP="00000000" w:rsidRDefault="00000000" w:rsidRPr="00000000" w14:paraId="0000007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Zeros</w:t>
                </w:r>
              </w:p>
            </w:tc>
          </w:tr>
          <w:tr>
            <w:trPr>
              <w:cantSplit w:val="0"/>
              <w:trHeight w:val="420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  <w:t xml:space="preserve">Sketch:</w:t>
                </w:r>
              </w:p>
              <w:p w:rsidR="00000000" w:rsidDel="00000000" w:rsidP="00000000" w:rsidRDefault="00000000" w:rsidRPr="00000000" w14:paraId="00000086">
                <w:pPr>
                  <w:spacing w:after="0" w:lineRule="auto"/>
                  <w:jc w:val="center"/>
                  <w:rPr/>
                </w:pPr>
                <w:r w:rsidDel="00000000" w:rsidR="00000000" w:rsidRPr="00000000">
                  <w:rPr>
                    <w:b w:val="1"/>
                    <w:bCs w:val="1"/>
                  </w:rPr>
                  <w:drawing>
                    <wp:inline distB="114300" distT="114300" distL="114300" distR="114300">
                      <wp:extent cx="4395788" cy="4403609"/>
                      <wp:effectExtent b="0" l="0" r="0" t="0"/>
                      <wp:docPr id="1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7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395788" cy="4403609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Style w:val="Heading3"/>
        <w:rPr/>
      </w:pPr>
      <w:bookmarkStart w:colFirst="0" w:colLast="0" w:name="_heading=h.6cd1o1a9gq7" w:id="0"/>
      <w:bookmarkEnd w:id="0"/>
      <w:r w:rsidDel="00000000" w:rsidR="00000000" w:rsidRPr="00000000">
        <w:rPr>
          <w:rtl w:val="0"/>
        </w:rPr>
      </w:r>
    </w:p>
    <w:sdt>
      <w:sdtPr>
        <w:lock w:val="contentLocked"/>
        <w:id w:val="-890753064"/>
        <w:tag w:val="goog_rdk_9"/>
      </w:sdtPr>
      <w:sdtContent>
        <w:tbl>
          <w:tblPr>
            <w:tblStyle w:val="Table10"/>
            <w:tblW w:w="864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320"/>
            <w:gridCol w:w="4320"/>
            <w:tblGridChange w:id="0">
              <w:tblGrid>
                <w:gridCol w:w="4320"/>
                <w:gridCol w:w="4320"/>
              </w:tblGrid>
            </w:tblGridChange>
          </w:tblGrid>
          <w:tr>
            <w:trPr>
              <w:cantSplit w:val="0"/>
              <w:trHeight w:val="420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C">
                <w:pPr>
                  <w:widowControl w:val="0"/>
                  <w:spacing w:after="0" w:line="240" w:lineRule="auto"/>
                  <w:jc w:val="center"/>
                  <w:rPr/>
                </w:pPr>
                <m:oMath>
                  <m:r>
                    <w:rPr/>
                    <m:t xml:space="preserve">y=</m:t>
                  </m:r>
                  <m:sSup>
                    <m:sSupPr>
                      <m:ctrlPr>
                        <w:rPr/>
                      </m:ctrlPr>
                    </m:sSupPr>
                    <m:e>
                      <m:r>
                        <w:rPr/>
                        <m:t xml:space="preserve">x</m:t>
                      </m:r>
                    </m:e>
                    <m:sup>
                      <m:r>
                        <w:rPr/>
                        <m:t xml:space="preserve">2</m:t>
                      </m:r>
                    </m:sup>
                  </m:sSup>
                  <m:r>
                    <w:rPr/>
                    <m:t xml:space="preserve">-4x-12</m:t>
                  </m:r>
                </m:oMath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E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Factor:</w:t>
                </w:r>
              </w:p>
              <w:p w:rsidR="00000000" w:rsidDel="00000000" w:rsidP="00000000" w:rsidRDefault="00000000" w:rsidRPr="00000000" w14:paraId="0000008F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0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1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2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3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4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5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6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7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8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9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Zeros</w:t>
                </w:r>
              </w:p>
            </w:tc>
          </w:tr>
          <w:tr>
            <w:trPr>
              <w:cantSplit w:val="0"/>
              <w:trHeight w:val="420" w:hRule="atLeast"/>
              <w:tblHeader w:val="0"/>
            </w:trPr>
            <w:tc>
              <w:tcPr>
                <w:gridSpan w:val="2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A">
                <w:pPr>
                  <w:widowControl w:val="0"/>
                  <w:spacing w:after="0" w:line="240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Sketch:</w:t>
                </w:r>
              </w:p>
              <w:p w:rsidR="00000000" w:rsidDel="00000000" w:rsidP="00000000" w:rsidRDefault="00000000" w:rsidRPr="00000000" w14:paraId="0000009B">
                <w:pPr>
                  <w:spacing w:after="0" w:lineRule="auto"/>
                  <w:jc w:val="center"/>
                  <w:rPr/>
                </w:pPr>
                <w:r w:rsidDel="00000000" w:rsidR="00000000" w:rsidRPr="00000000">
                  <w:rPr>
                    <w:b w:val="1"/>
                    <w:bCs w:val="1"/>
                  </w:rPr>
                  <w:drawing>
                    <wp:inline distB="114300" distT="114300" distL="114300" distR="114300">
                      <wp:extent cx="4395788" cy="4403609"/>
                      <wp:effectExtent b="0" l="0" r="0" t="0"/>
                      <wp:docPr id="4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7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395788" cy="4403609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footerReference r:id="rId10" w:type="first"/>
      <w:pgSz w:h="15840" w:w="12240" w:orient="portrait"/>
      <w:pgMar w:bottom="1440" w:top="1440" w:left="1800" w:right="180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E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F">
    <w:pPr>
      <w:rPr/>
    </w:pPr>
    <w:r w:rsidDel="00000000" w:rsidR="00000000" w:rsidRPr="00000000">
      <w:rPr/>
      <w:drawing>
        <wp:inline distB="0" distT="0" distL="0" distR="0">
          <wp:extent cx="966788" cy="1036676"/>
          <wp:effectExtent b="0" l="0" r="0" t="0"/>
          <wp:docPr descr="A logo for a company&#10;&#10;AI-generated content may be incorrect." id="6" name="image2.png"/>
          <a:graphic>
            <a:graphicData uri="http://schemas.openxmlformats.org/drawingml/2006/picture">
              <pic:pic>
                <pic:nvPicPr>
                  <pic:cNvPr descr="A logo for a company&#10;&#10;AI-generated content may be incorrect." id="0" name="image2.png"/>
                  <pic:cNvPicPr preferRelativeResize="0"/>
                </pic:nvPicPr>
                <pic:blipFill>
                  <a:blip r:embed="rId1"/>
                  <a:srcRect b="11275" l="25984" r="24347" t="8089"/>
                  <a:stretch>
                    <a:fillRect/>
                  </a:stretch>
                </pic:blipFill>
                <pic:spPr>
                  <a:xfrm>
                    <a:off x="0" y="0"/>
                    <a:ext cx="966788" cy="103667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 xml:space="preserve">Name: _________________________________    Period: ________    Date: _____________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wU+NuHO8drI0nWbvz+auGSb0Ng==">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</cp:coreProperties>
</file>